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EB958B" w14:textId="77777777" w:rsidR="00CF7228" w:rsidRPr="00CF7228" w:rsidRDefault="00CF7228" w:rsidP="00CF7228">
      <w:pPr>
        <w:spacing w:after="40"/>
        <w:rPr>
          <w:rFonts w:asciiTheme="majorHAnsi" w:hAnsiTheme="majorHAnsi" w:cstheme="majorHAnsi"/>
          <w:b/>
          <w:sz w:val="32"/>
        </w:rPr>
      </w:pPr>
      <w:r w:rsidRPr="00CF7228">
        <w:rPr>
          <w:rFonts w:asciiTheme="majorHAnsi" w:hAnsiTheme="majorHAnsi" w:cstheme="majorHAnsi"/>
          <w:b/>
          <w:sz w:val="32"/>
        </w:rPr>
        <w:t>PRE-PROPOSAL TEMPLATE FOR SCIENTIFIC PROJECTS</w:t>
      </w:r>
    </w:p>
    <w:p w14:paraId="16D4A36E" w14:textId="6ADF8883" w:rsidR="00272F52" w:rsidRDefault="00CF7228" w:rsidP="00CF7228">
      <w:pPr>
        <w:spacing w:after="40"/>
        <w:rPr>
          <w:rFonts w:asciiTheme="majorHAnsi" w:hAnsiTheme="majorHAnsi" w:cstheme="majorHAnsi"/>
          <w:b/>
          <w:sz w:val="28"/>
          <w:lang w:val="de-DE"/>
        </w:rPr>
      </w:pPr>
      <w:r w:rsidRPr="00CF7228">
        <w:rPr>
          <w:rFonts w:asciiTheme="majorHAnsi" w:hAnsiTheme="majorHAnsi" w:cstheme="majorHAnsi"/>
          <w:b/>
          <w:sz w:val="28"/>
          <w:lang w:val="de-DE"/>
        </w:rPr>
        <w:t xml:space="preserve">Weinberg Privatstiftung für Neurodegenerations- und Parkinsonforschung </w:t>
      </w:r>
    </w:p>
    <w:p w14:paraId="768E73B2" w14:textId="77777777" w:rsidR="0078521F" w:rsidRPr="0078521F" w:rsidRDefault="0078521F" w:rsidP="0078521F">
      <w:pPr>
        <w:spacing w:after="140"/>
        <w:rPr>
          <w:rFonts w:asciiTheme="majorHAnsi" w:hAnsiTheme="majorHAnsi" w:cstheme="majorHAnsi"/>
          <w:i/>
          <w:sz w:val="20"/>
        </w:rPr>
      </w:pPr>
      <w:r w:rsidRPr="0078521F">
        <w:rPr>
          <w:rFonts w:asciiTheme="majorHAnsi" w:hAnsiTheme="majorHAnsi" w:cstheme="majorHAnsi"/>
          <w:i/>
          <w:sz w:val="20"/>
        </w:rPr>
        <w:t xml:space="preserve">Please use this template to provide a concise executive summary of the proposed scientific project. Individual and collaborative projects are eligible. Please complete the general project information accordingly and list all participating investigators and institutions, where applicable. </w:t>
      </w:r>
      <w:r w:rsidR="00BE096C" w:rsidRPr="00BE096C">
        <w:rPr>
          <w:rFonts w:asciiTheme="majorHAnsi" w:hAnsiTheme="majorHAnsi" w:cstheme="majorHAnsi"/>
          <w:i/>
          <w:sz w:val="20"/>
        </w:rPr>
        <w:t>Text should be no smaller than 11-pt font, with</w:t>
      </w:r>
      <w:r w:rsidR="00BE096C">
        <w:rPr>
          <w:rFonts w:asciiTheme="majorHAnsi" w:hAnsiTheme="majorHAnsi" w:cstheme="majorHAnsi"/>
          <w:i/>
          <w:sz w:val="20"/>
        </w:rPr>
        <w:t xml:space="preserve"> a minimum line spacing of 1.15</w:t>
      </w:r>
      <w:r w:rsidRPr="0078521F">
        <w:rPr>
          <w:rFonts w:asciiTheme="majorHAnsi" w:hAnsiTheme="majorHAnsi" w:cstheme="majorHAnsi"/>
          <w:i/>
          <w:sz w:val="20"/>
        </w:rPr>
        <w:t>, and the completed pre-proposal should not exceed 2 pages. All text in italics, including this instruction and the guidance provided in the boxes below, may be deleted before submission.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8351"/>
      </w:tblGrid>
      <w:tr w:rsidR="0078521F" w14:paraId="5D130F8C" w14:textId="77777777" w:rsidTr="0078521F">
        <w:tc>
          <w:tcPr>
            <w:tcW w:w="2405" w:type="dxa"/>
          </w:tcPr>
          <w:p w14:paraId="51F97178" w14:textId="77777777" w:rsidR="0078521F" w:rsidRDefault="0078521F">
            <w:pPr>
              <w:spacing w:after="14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Full </w:t>
            </w:r>
            <w:r w:rsidRPr="0078521F">
              <w:rPr>
                <w:rFonts w:asciiTheme="majorHAnsi" w:hAnsiTheme="majorHAnsi" w:cstheme="majorHAnsi"/>
                <w:b/>
              </w:rPr>
              <w:t>Project Title:</w:t>
            </w:r>
          </w:p>
        </w:tc>
        <w:tc>
          <w:tcPr>
            <w:tcW w:w="8351" w:type="dxa"/>
          </w:tcPr>
          <w:p w14:paraId="6982E188" w14:textId="77777777" w:rsidR="0078521F" w:rsidRDefault="0078521F">
            <w:pPr>
              <w:spacing w:after="140"/>
              <w:rPr>
                <w:rFonts w:asciiTheme="majorHAnsi" w:hAnsiTheme="majorHAnsi" w:cstheme="majorHAnsi"/>
                <w:b/>
              </w:rPr>
            </w:pPr>
          </w:p>
        </w:tc>
      </w:tr>
      <w:tr w:rsidR="0078521F" w14:paraId="0B1FBBE5" w14:textId="77777777" w:rsidTr="0078521F">
        <w:tc>
          <w:tcPr>
            <w:tcW w:w="2405" w:type="dxa"/>
          </w:tcPr>
          <w:p w14:paraId="3F485257" w14:textId="77777777" w:rsidR="0078521F" w:rsidRDefault="0078521F" w:rsidP="0078521F">
            <w:pPr>
              <w:spacing w:after="140"/>
              <w:rPr>
                <w:rFonts w:asciiTheme="majorHAnsi" w:hAnsiTheme="majorHAnsi" w:cstheme="majorHAnsi"/>
                <w:b/>
              </w:rPr>
            </w:pPr>
            <w:r w:rsidRPr="0078521F">
              <w:rPr>
                <w:rFonts w:asciiTheme="majorHAnsi" w:hAnsiTheme="majorHAnsi" w:cstheme="majorHAnsi"/>
                <w:b/>
              </w:rPr>
              <w:t>Short Title / Acronym</w:t>
            </w:r>
            <w:r>
              <w:rPr>
                <w:rFonts w:asciiTheme="majorHAnsi" w:hAnsiTheme="majorHAnsi" w:cstheme="majorHAnsi"/>
                <w:b/>
              </w:rPr>
              <w:t>*</w:t>
            </w:r>
            <w:r w:rsidRPr="0078521F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  <w:tc>
          <w:tcPr>
            <w:tcW w:w="8351" w:type="dxa"/>
          </w:tcPr>
          <w:p w14:paraId="548B9D55" w14:textId="77777777" w:rsidR="0078521F" w:rsidRDefault="0078521F" w:rsidP="00630FDF">
            <w:pPr>
              <w:spacing w:after="140"/>
              <w:rPr>
                <w:rFonts w:asciiTheme="majorHAnsi" w:hAnsiTheme="majorHAnsi" w:cstheme="majorHAnsi"/>
                <w:b/>
              </w:rPr>
            </w:pPr>
          </w:p>
        </w:tc>
      </w:tr>
    </w:tbl>
    <w:p w14:paraId="5B77F6E3" w14:textId="77777777" w:rsidR="00272F52" w:rsidRPr="0078521F" w:rsidRDefault="00272F52" w:rsidP="0078521F">
      <w:pPr>
        <w:spacing w:line="240" w:lineRule="auto"/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jc w:val="center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78521F" w:rsidRPr="00CF7228" w14:paraId="3DA50EA9" w14:textId="77777777" w:rsidTr="0078521F">
        <w:trPr>
          <w:cantSplit/>
          <w:jc w:val="center"/>
        </w:trPr>
        <w:tc>
          <w:tcPr>
            <w:tcW w:w="3823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47533C" w14:textId="77777777" w:rsidR="0078521F" w:rsidRPr="0078521F" w:rsidRDefault="0078521F" w:rsidP="0078521F">
            <w:pPr>
              <w:rPr>
                <w:rFonts w:asciiTheme="majorHAnsi" w:hAnsiTheme="majorHAnsi" w:cstheme="majorHAnsi"/>
                <w:sz w:val="20"/>
              </w:rPr>
            </w:pPr>
            <w:r w:rsidRPr="0078521F">
              <w:rPr>
                <w:rFonts w:asciiTheme="majorHAnsi" w:hAnsiTheme="majorHAnsi" w:cstheme="majorHAnsi"/>
                <w:b/>
                <w:sz w:val="20"/>
              </w:rPr>
              <w:t>Principal Investigator</w:t>
            </w:r>
            <w:r w:rsidRPr="0078521F">
              <w:rPr>
                <w:sz w:val="20"/>
              </w:rPr>
              <w:t xml:space="preserve"> </w:t>
            </w:r>
            <w:r w:rsidRPr="0078521F">
              <w:rPr>
                <w:rFonts w:asciiTheme="majorHAnsi" w:hAnsiTheme="majorHAnsi" w:cstheme="majorHAnsi"/>
                <w:b/>
                <w:sz w:val="20"/>
              </w:rPr>
              <w:t>/ Project Coordinator</w:t>
            </w:r>
          </w:p>
        </w:tc>
        <w:tc>
          <w:tcPr>
            <w:tcW w:w="6662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50E66F" w14:textId="77777777" w:rsidR="0078521F" w:rsidRPr="00CF7228" w:rsidRDefault="0078521F" w:rsidP="00630FDF">
            <w:pPr>
              <w:rPr>
                <w:rFonts w:asciiTheme="majorHAnsi" w:hAnsiTheme="majorHAnsi" w:cstheme="majorHAnsi"/>
              </w:rPr>
            </w:pPr>
          </w:p>
        </w:tc>
      </w:tr>
      <w:tr w:rsidR="0078521F" w:rsidRPr="00CF7228" w14:paraId="18D80A97" w14:textId="77777777" w:rsidTr="0078521F">
        <w:trPr>
          <w:cantSplit/>
          <w:jc w:val="center"/>
        </w:trPr>
        <w:tc>
          <w:tcPr>
            <w:tcW w:w="3823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30372D" w14:textId="77777777" w:rsidR="0078521F" w:rsidRPr="0078521F" w:rsidRDefault="0078521F" w:rsidP="0078521F">
            <w:pPr>
              <w:rPr>
                <w:rFonts w:asciiTheme="majorHAnsi" w:hAnsiTheme="majorHAnsi" w:cstheme="majorHAnsi"/>
                <w:sz w:val="20"/>
              </w:rPr>
            </w:pPr>
            <w:r w:rsidRPr="0078521F">
              <w:rPr>
                <w:rFonts w:asciiTheme="majorHAnsi" w:hAnsiTheme="majorHAnsi" w:cstheme="majorHAnsi"/>
                <w:b/>
                <w:sz w:val="20"/>
              </w:rPr>
              <w:t>Institution / Coordinating Institution</w:t>
            </w:r>
          </w:p>
        </w:tc>
        <w:tc>
          <w:tcPr>
            <w:tcW w:w="6662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C15B4A" w14:textId="77777777" w:rsidR="0078521F" w:rsidRPr="00CF7228" w:rsidRDefault="0078521F" w:rsidP="00630FDF">
            <w:pPr>
              <w:rPr>
                <w:rFonts w:asciiTheme="majorHAnsi" w:hAnsiTheme="majorHAnsi" w:cstheme="majorHAnsi"/>
              </w:rPr>
            </w:pPr>
          </w:p>
        </w:tc>
      </w:tr>
      <w:tr w:rsidR="0078521F" w:rsidRPr="00CF7228" w14:paraId="16B19AA0" w14:textId="77777777" w:rsidTr="0078521F">
        <w:trPr>
          <w:cantSplit/>
          <w:jc w:val="center"/>
        </w:trPr>
        <w:tc>
          <w:tcPr>
            <w:tcW w:w="3823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B0984" w14:textId="77777777" w:rsidR="0078521F" w:rsidRPr="0078521F" w:rsidRDefault="0078521F" w:rsidP="0078521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78521F">
              <w:rPr>
                <w:rFonts w:asciiTheme="majorHAnsi" w:hAnsiTheme="majorHAnsi" w:cstheme="majorHAnsi"/>
                <w:b/>
                <w:sz w:val="20"/>
              </w:rPr>
              <w:t>P</w:t>
            </w:r>
            <w:r>
              <w:rPr>
                <w:rFonts w:asciiTheme="majorHAnsi" w:hAnsiTheme="majorHAnsi" w:cstheme="majorHAnsi"/>
                <w:b/>
                <w:sz w:val="20"/>
              </w:rPr>
              <w:t>artner Institution(s)*</w:t>
            </w:r>
            <w:r w:rsidRPr="0078521F">
              <w:rPr>
                <w:rFonts w:asciiTheme="majorHAnsi" w:hAnsiTheme="majorHAnsi" w:cstheme="majorHAnsi"/>
                <w:b/>
                <w:sz w:val="20"/>
              </w:rPr>
              <w:t xml:space="preserve"> </w:t>
            </w:r>
          </w:p>
        </w:tc>
        <w:tc>
          <w:tcPr>
            <w:tcW w:w="6662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48CB72" w14:textId="77777777" w:rsidR="0078521F" w:rsidRPr="00CF7228" w:rsidRDefault="0078521F" w:rsidP="00630FDF">
            <w:pPr>
              <w:rPr>
                <w:rFonts w:asciiTheme="majorHAnsi" w:hAnsiTheme="majorHAnsi" w:cstheme="majorHAnsi"/>
                <w:i/>
                <w:sz w:val="19"/>
              </w:rPr>
            </w:pPr>
          </w:p>
        </w:tc>
      </w:tr>
      <w:tr w:rsidR="0078521F" w:rsidRPr="00CF7228" w14:paraId="634155BE" w14:textId="77777777" w:rsidTr="0078521F">
        <w:trPr>
          <w:cantSplit/>
          <w:jc w:val="center"/>
        </w:trPr>
        <w:tc>
          <w:tcPr>
            <w:tcW w:w="3823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85A72B" w14:textId="77777777" w:rsidR="0078521F" w:rsidRPr="0078521F" w:rsidRDefault="0078521F" w:rsidP="0078521F">
            <w:pPr>
              <w:rPr>
                <w:sz w:val="20"/>
              </w:rPr>
            </w:pPr>
            <w:r w:rsidRPr="0078521F">
              <w:rPr>
                <w:rFonts w:asciiTheme="majorHAnsi" w:hAnsiTheme="majorHAnsi" w:cstheme="majorHAnsi"/>
                <w:b/>
                <w:sz w:val="20"/>
              </w:rPr>
              <w:t>Co-Inves</w:t>
            </w:r>
            <w:r>
              <w:rPr>
                <w:rFonts w:asciiTheme="majorHAnsi" w:hAnsiTheme="majorHAnsi" w:cstheme="majorHAnsi"/>
                <w:b/>
                <w:sz w:val="20"/>
              </w:rPr>
              <w:t>tigator(s) / Project Partner(s)*</w:t>
            </w:r>
            <w:r w:rsidRPr="0078521F">
              <w:rPr>
                <w:rFonts w:asciiTheme="majorHAnsi" w:hAnsiTheme="majorHAnsi" w:cstheme="majorHAnsi"/>
                <w:b/>
                <w:sz w:val="20"/>
              </w:rPr>
              <w:t xml:space="preserve"> </w:t>
            </w:r>
          </w:p>
        </w:tc>
        <w:tc>
          <w:tcPr>
            <w:tcW w:w="6662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6AFB8E" w14:textId="77777777" w:rsidR="0078521F" w:rsidRDefault="0078521F" w:rsidP="0078521F"/>
        </w:tc>
      </w:tr>
      <w:tr w:rsidR="0078521F" w:rsidRPr="00CF7228" w14:paraId="1D4A3421" w14:textId="77777777" w:rsidTr="0078521F">
        <w:trPr>
          <w:cantSplit/>
          <w:jc w:val="center"/>
        </w:trPr>
        <w:tc>
          <w:tcPr>
            <w:tcW w:w="3823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834E16" w14:textId="77777777" w:rsidR="0078521F" w:rsidRPr="0078521F" w:rsidRDefault="0078521F" w:rsidP="0078521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78521F">
              <w:rPr>
                <w:rFonts w:asciiTheme="majorHAnsi" w:hAnsiTheme="majorHAnsi" w:cstheme="majorHAnsi"/>
                <w:b/>
                <w:sz w:val="20"/>
              </w:rPr>
              <w:t>Project Duration</w:t>
            </w:r>
          </w:p>
        </w:tc>
        <w:tc>
          <w:tcPr>
            <w:tcW w:w="6662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5789B2" w14:textId="77777777" w:rsidR="0078521F" w:rsidRPr="00CF7228" w:rsidRDefault="0078521F" w:rsidP="00630FDF">
            <w:pPr>
              <w:spacing w:after="80"/>
              <w:rPr>
                <w:rFonts w:asciiTheme="majorHAnsi" w:hAnsiTheme="majorHAnsi" w:cstheme="majorHAnsi"/>
              </w:rPr>
            </w:pPr>
          </w:p>
        </w:tc>
      </w:tr>
      <w:tr w:rsidR="0078521F" w:rsidRPr="00CF7228" w14:paraId="35EEBDDC" w14:textId="77777777" w:rsidTr="0078521F">
        <w:trPr>
          <w:cantSplit/>
          <w:jc w:val="center"/>
        </w:trPr>
        <w:tc>
          <w:tcPr>
            <w:tcW w:w="3823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BE8DE3" w14:textId="77777777" w:rsidR="0078521F" w:rsidRPr="0078521F" w:rsidRDefault="0078521F" w:rsidP="0078521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78521F">
              <w:rPr>
                <w:rFonts w:asciiTheme="majorHAnsi" w:hAnsiTheme="majorHAnsi" w:cstheme="majorHAnsi"/>
                <w:b/>
                <w:sz w:val="20"/>
              </w:rPr>
              <w:t>Estimated Total Budget</w:t>
            </w:r>
          </w:p>
        </w:tc>
        <w:tc>
          <w:tcPr>
            <w:tcW w:w="6662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560446" w14:textId="77777777" w:rsidR="0078521F" w:rsidRPr="00CF7228" w:rsidRDefault="0078521F" w:rsidP="00630FDF">
            <w:pPr>
              <w:spacing w:after="80"/>
              <w:rPr>
                <w:rFonts w:asciiTheme="majorHAnsi" w:hAnsiTheme="majorHAnsi" w:cstheme="majorHAnsi"/>
                <w:i/>
                <w:sz w:val="19"/>
              </w:rPr>
            </w:pPr>
          </w:p>
        </w:tc>
      </w:tr>
    </w:tbl>
    <w:p w14:paraId="22F65EE4" w14:textId="77777777" w:rsidR="0078521F" w:rsidRDefault="0078521F" w:rsidP="0078521F">
      <w:pPr>
        <w:spacing w:after="140"/>
        <w:rPr>
          <w:rFonts w:asciiTheme="majorHAnsi" w:hAnsiTheme="majorHAnsi" w:cstheme="majorHAnsi"/>
          <w:i/>
          <w:sz w:val="20"/>
        </w:rPr>
      </w:pPr>
      <w:r>
        <w:rPr>
          <w:rFonts w:asciiTheme="majorHAnsi" w:hAnsiTheme="majorHAnsi" w:cstheme="majorHAnsi"/>
          <w:i/>
          <w:sz w:val="20"/>
        </w:rPr>
        <w:t>* if applicable</w:t>
      </w:r>
    </w:p>
    <w:p w14:paraId="60A30C9F" w14:textId="77777777" w:rsidR="00CF7228" w:rsidRPr="00CF7228" w:rsidRDefault="00CF7228" w:rsidP="0078521F">
      <w:pPr>
        <w:spacing w:line="240" w:lineRule="auto"/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8500"/>
      </w:tblGrid>
      <w:tr w:rsidR="00272F52" w:rsidRPr="00CF7228" w14:paraId="7CA39655" w14:textId="77777777" w:rsidTr="00CF7228">
        <w:trPr>
          <w:cantSplit/>
          <w:jc w:val="center"/>
        </w:trPr>
        <w:tc>
          <w:tcPr>
            <w:tcW w:w="198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2807A6" w14:textId="77777777" w:rsidR="00272F52" w:rsidRPr="00CF7228" w:rsidRDefault="00D915AC" w:rsidP="00BE096C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</w:rPr>
            </w:pPr>
            <w:r w:rsidRPr="00CF7228">
              <w:rPr>
                <w:rFonts w:asciiTheme="majorHAnsi" w:hAnsiTheme="majorHAnsi" w:cstheme="majorHAnsi"/>
                <w:b/>
                <w:sz w:val="24"/>
              </w:rPr>
              <w:t xml:space="preserve">PROJECT AIM </w:t>
            </w:r>
          </w:p>
        </w:tc>
        <w:tc>
          <w:tcPr>
            <w:tcW w:w="8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BA6DFB" w14:textId="77777777" w:rsidR="00272F52" w:rsidRPr="00CF7228" w:rsidRDefault="00CF7228" w:rsidP="00BE096C">
            <w:pPr>
              <w:spacing w:after="80"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  <w:i/>
                <w:sz w:val="19"/>
              </w:rPr>
              <w:t>Describe the scientific question, rationale and main objective(s) of the proposed project. The information provided should allow reviewers to assess the scientific relevance and quality of the project</w:t>
            </w:r>
            <w:r w:rsidR="0021739F" w:rsidRPr="00CF7228">
              <w:rPr>
                <w:rFonts w:asciiTheme="majorHAnsi" w:hAnsiTheme="majorHAnsi" w:cstheme="majorHAnsi"/>
                <w:i/>
                <w:sz w:val="19"/>
              </w:rPr>
              <w:t>.</w:t>
            </w:r>
          </w:p>
          <w:p w14:paraId="371A07A2" w14:textId="77777777" w:rsidR="00272F52" w:rsidRPr="00CF7228" w:rsidRDefault="00D2524D" w:rsidP="00BE096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</w:rPr>
              <w:t>… … …</w:t>
            </w:r>
          </w:p>
        </w:tc>
      </w:tr>
      <w:tr w:rsidR="00272F52" w:rsidRPr="00CF7228" w14:paraId="2FDE56EE" w14:textId="77777777" w:rsidTr="00CF7228">
        <w:trPr>
          <w:cantSplit/>
          <w:jc w:val="center"/>
        </w:trPr>
        <w:tc>
          <w:tcPr>
            <w:tcW w:w="198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CB3BD5" w14:textId="77777777" w:rsidR="00272F52" w:rsidRPr="00CF7228" w:rsidRDefault="0021739F" w:rsidP="00BE096C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</w:rPr>
            </w:pPr>
            <w:r w:rsidRPr="00CF7228">
              <w:rPr>
                <w:rFonts w:asciiTheme="majorHAnsi" w:hAnsiTheme="majorHAnsi" w:cstheme="majorHAnsi"/>
                <w:b/>
                <w:sz w:val="24"/>
              </w:rPr>
              <w:t>STUDY</w:t>
            </w:r>
            <w:r w:rsidR="00D915AC" w:rsidRPr="00CF7228">
              <w:rPr>
                <w:rFonts w:asciiTheme="majorHAnsi" w:hAnsiTheme="majorHAnsi" w:cstheme="majorHAnsi"/>
                <w:b/>
                <w:sz w:val="24"/>
              </w:rPr>
              <w:t xml:space="preserve"> </w:t>
            </w:r>
            <w:r w:rsidR="00D2524D" w:rsidRPr="00CF7228">
              <w:rPr>
                <w:rFonts w:asciiTheme="majorHAnsi" w:hAnsiTheme="majorHAnsi" w:cstheme="majorHAnsi"/>
                <w:b/>
                <w:sz w:val="24"/>
              </w:rPr>
              <w:t>DESIGN</w:t>
            </w:r>
            <w:r w:rsidR="00D915AC" w:rsidRPr="00CF7228">
              <w:rPr>
                <w:rFonts w:asciiTheme="majorHAnsi" w:hAnsiTheme="majorHAnsi" w:cstheme="majorHAnsi"/>
                <w:b/>
                <w:sz w:val="24"/>
              </w:rPr>
              <w:t xml:space="preserve"> </w:t>
            </w:r>
          </w:p>
        </w:tc>
        <w:tc>
          <w:tcPr>
            <w:tcW w:w="8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C32515" w14:textId="77777777" w:rsidR="00272F52" w:rsidRPr="00CF7228" w:rsidRDefault="00CF7228" w:rsidP="00BE096C">
            <w:pPr>
              <w:spacing w:after="80"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  <w:i/>
                <w:sz w:val="19"/>
              </w:rPr>
              <w:t>Outline the study design, key methods and timeline of the proposed project. The information provided should allow reviewers to assess the methodological quality of the proposed approach</w:t>
            </w:r>
            <w:r w:rsidR="00D2524D" w:rsidRPr="00CF7228">
              <w:rPr>
                <w:rFonts w:asciiTheme="majorHAnsi" w:hAnsiTheme="majorHAnsi" w:cstheme="majorHAnsi"/>
                <w:i/>
                <w:sz w:val="19"/>
              </w:rPr>
              <w:t>.</w:t>
            </w:r>
          </w:p>
          <w:p w14:paraId="46727424" w14:textId="77777777" w:rsidR="00272F52" w:rsidRPr="00CF7228" w:rsidRDefault="00D2524D" w:rsidP="00BE096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</w:rPr>
              <w:t>… … …</w:t>
            </w:r>
          </w:p>
        </w:tc>
      </w:tr>
      <w:tr w:rsidR="00D2524D" w:rsidRPr="00CF7228" w14:paraId="650BE262" w14:textId="77777777" w:rsidTr="00CF7228">
        <w:trPr>
          <w:cantSplit/>
          <w:jc w:val="center"/>
        </w:trPr>
        <w:tc>
          <w:tcPr>
            <w:tcW w:w="198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B9B7BB" w14:textId="77777777" w:rsidR="00D2524D" w:rsidRPr="00CF7228" w:rsidRDefault="00D2524D" w:rsidP="00BE096C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F7228">
              <w:rPr>
                <w:rFonts w:asciiTheme="majorHAnsi" w:hAnsiTheme="majorHAnsi" w:cstheme="majorHAnsi"/>
                <w:b/>
                <w:sz w:val="24"/>
              </w:rPr>
              <w:t>FEASIBILITY</w:t>
            </w:r>
          </w:p>
        </w:tc>
        <w:tc>
          <w:tcPr>
            <w:tcW w:w="8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CA87E2" w14:textId="77777777" w:rsidR="00CF7228" w:rsidRPr="00CF7228" w:rsidRDefault="00CF7228" w:rsidP="00BE096C">
            <w:pPr>
              <w:spacing w:after="80"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  <w:i/>
                <w:sz w:val="19"/>
              </w:rPr>
              <w:t>Briefly describe the resources and expertise supporting the proposed project. The information provided should allow reviewers to assess its feasibility.</w:t>
            </w:r>
          </w:p>
          <w:p w14:paraId="7ECBA1D2" w14:textId="77777777" w:rsidR="00D2524D" w:rsidRPr="00CF7228" w:rsidRDefault="00CF7228" w:rsidP="00BE096C">
            <w:pPr>
              <w:spacing w:line="276" w:lineRule="auto"/>
              <w:rPr>
                <w:rFonts w:asciiTheme="majorHAnsi" w:hAnsiTheme="majorHAnsi" w:cstheme="majorHAnsi"/>
                <w:i/>
                <w:sz w:val="19"/>
              </w:rPr>
            </w:pPr>
            <w:r w:rsidRPr="00CF7228">
              <w:rPr>
                <w:rFonts w:asciiTheme="majorHAnsi" w:hAnsiTheme="majorHAnsi" w:cstheme="majorHAnsi"/>
              </w:rPr>
              <w:t>… … …</w:t>
            </w:r>
          </w:p>
        </w:tc>
      </w:tr>
      <w:tr w:rsidR="00272F52" w:rsidRPr="00CF7228" w14:paraId="1366E579" w14:textId="77777777" w:rsidTr="00CF7228">
        <w:trPr>
          <w:cantSplit/>
          <w:jc w:val="center"/>
        </w:trPr>
        <w:tc>
          <w:tcPr>
            <w:tcW w:w="198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F8B56D" w14:textId="77777777" w:rsidR="00272F52" w:rsidRPr="00CF7228" w:rsidRDefault="00D2524D" w:rsidP="00BE096C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</w:rPr>
            </w:pPr>
            <w:r w:rsidRPr="00CF7228">
              <w:rPr>
                <w:rFonts w:asciiTheme="majorHAnsi" w:hAnsiTheme="majorHAnsi" w:cstheme="majorHAnsi"/>
                <w:b/>
                <w:sz w:val="24"/>
              </w:rPr>
              <w:t xml:space="preserve">INNOVATION &amp; </w:t>
            </w:r>
            <w:r w:rsidR="0021739F" w:rsidRPr="00CF7228">
              <w:rPr>
                <w:rFonts w:asciiTheme="majorHAnsi" w:hAnsiTheme="majorHAnsi" w:cstheme="majorHAnsi"/>
                <w:b/>
                <w:sz w:val="24"/>
              </w:rPr>
              <w:t>IMPACT</w:t>
            </w:r>
          </w:p>
        </w:tc>
        <w:tc>
          <w:tcPr>
            <w:tcW w:w="8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54D8AF" w14:textId="77777777" w:rsidR="00D2524D" w:rsidRPr="00BE096C" w:rsidRDefault="00D2524D" w:rsidP="00BE096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  <w:i/>
                <w:sz w:val="19"/>
              </w:rPr>
              <w:t xml:space="preserve">Explain what is novel about the proposed work and how it advances the field. The information provided </w:t>
            </w:r>
            <w:r w:rsidRPr="00BE096C">
              <w:rPr>
                <w:rFonts w:asciiTheme="majorHAnsi" w:hAnsiTheme="majorHAnsi" w:cstheme="majorHAnsi"/>
              </w:rPr>
              <w:t>should allow reviewers to assess the originality and expected scientific impact of the project.</w:t>
            </w:r>
          </w:p>
          <w:p w14:paraId="1D09935C" w14:textId="77777777" w:rsidR="00272F52" w:rsidRPr="00CF7228" w:rsidRDefault="00D2524D" w:rsidP="00BE096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</w:rPr>
              <w:t>… … …</w:t>
            </w:r>
          </w:p>
        </w:tc>
      </w:tr>
      <w:tr w:rsidR="00D915AC" w:rsidRPr="00CF7228" w14:paraId="67F79238" w14:textId="77777777" w:rsidTr="00CF7228">
        <w:trPr>
          <w:cantSplit/>
          <w:jc w:val="center"/>
        </w:trPr>
        <w:tc>
          <w:tcPr>
            <w:tcW w:w="198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7E1D82" w14:textId="77777777" w:rsidR="00D915AC" w:rsidRPr="00CF7228" w:rsidRDefault="00D915AC" w:rsidP="00BE096C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F7228">
              <w:rPr>
                <w:rFonts w:asciiTheme="majorHAnsi" w:hAnsiTheme="majorHAnsi" w:cstheme="majorHAnsi"/>
                <w:b/>
                <w:sz w:val="24"/>
              </w:rPr>
              <w:t>BUDGET</w:t>
            </w:r>
          </w:p>
        </w:tc>
        <w:tc>
          <w:tcPr>
            <w:tcW w:w="8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3EFA2B" w14:textId="77777777" w:rsidR="00D915AC" w:rsidRPr="00CF7228" w:rsidRDefault="00D2524D" w:rsidP="00BE096C">
            <w:pPr>
              <w:spacing w:after="80" w:line="276" w:lineRule="auto"/>
              <w:rPr>
                <w:rFonts w:asciiTheme="majorHAnsi" w:hAnsiTheme="majorHAnsi" w:cstheme="majorHAnsi"/>
                <w:i/>
                <w:sz w:val="19"/>
              </w:rPr>
            </w:pPr>
            <w:r w:rsidRPr="00CF7228">
              <w:rPr>
                <w:rFonts w:asciiTheme="majorHAnsi" w:hAnsiTheme="majorHAnsi" w:cstheme="majorHAnsi"/>
                <w:i/>
                <w:sz w:val="19"/>
              </w:rPr>
              <w:t>Provide the estimated total budget and briefly outline the main cost categories.</w:t>
            </w:r>
          </w:p>
          <w:p w14:paraId="7D0FF359" w14:textId="77777777" w:rsidR="00D2524D" w:rsidRPr="00CF7228" w:rsidRDefault="00D2524D" w:rsidP="00BE096C">
            <w:pPr>
              <w:spacing w:after="80" w:line="276" w:lineRule="auto"/>
              <w:rPr>
                <w:rFonts w:asciiTheme="majorHAnsi" w:hAnsiTheme="majorHAnsi" w:cstheme="majorHAnsi"/>
              </w:rPr>
            </w:pPr>
            <w:r w:rsidRPr="00CF7228">
              <w:rPr>
                <w:rFonts w:asciiTheme="majorHAnsi" w:hAnsiTheme="majorHAnsi" w:cstheme="majorHAnsi"/>
              </w:rPr>
              <w:t xml:space="preserve">… … … </w:t>
            </w:r>
          </w:p>
        </w:tc>
      </w:tr>
    </w:tbl>
    <w:p w14:paraId="1FB155F9" w14:textId="77777777" w:rsidR="0021739F" w:rsidRPr="00CF7228" w:rsidRDefault="0021739F">
      <w:pPr>
        <w:rPr>
          <w:rFonts w:asciiTheme="majorHAnsi" w:hAnsiTheme="majorHAnsi" w:cstheme="majorHAnsi"/>
        </w:rPr>
      </w:pPr>
    </w:p>
    <w:sectPr w:rsidR="0021739F" w:rsidRPr="00CF7228" w:rsidSect="00034616">
      <w:footerReference w:type="default" r:id="rId8"/>
      <w:pgSz w:w="12240" w:h="15840"/>
      <w:pgMar w:top="680" w:right="737" w:bottom="680" w:left="737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106D1D" w14:textId="77777777" w:rsidR="00337890" w:rsidRDefault="00337890">
      <w:pPr>
        <w:spacing w:line="240" w:lineRule="auto"/>
      </w:pPr>
      <w:r>
        <w:separator/>
      </w:r>
    </w:p>
  </w:endnote>
  <w:endnote w:type="continuationSeparator" w:id="0">
    <w:p w14:paraId="06F5F0A3" w14:textId="77777777" w:rsidR="00337890" w:rsidRDefault="00337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4018D" w14:textId="1993CEA8" w:rsidR="00272F52" w:rsidRPr="00BE096C" w:rsidRDefault="0021739F">
    <w:pPr>
      <w:pStyle w:val="Fuzeile"/>
      <w:jc w:val="center"/>
      <w:rPr>
        <w:lang w:val="de-DE"/>
      </w:rPr>
    </w:pPr>
    <w:r w:rsidRPr="00BE096C">
      <w:rPr>
        <w:sz w:val="16"/>
        <w:lang w:val="de-DE"/>
      </w:rPr>
      <w:t>Pre-Proposal</w:t>
    </w:r>
    <w:r w:rsidR="00BE096C" w:rsidRPr="00BE096C">
      <w:rPr>
        <w:sz w:val="16"/>
        <w:lang w:val="de-DE"/>
      </w:rPr>
      <w:t xml:space="preserve">: Weinberg Privatstiftung für Neurodegenerations- und Parkinsonforschung </w:t>
    </w:r>
    <w:r w:rsidRPr="00BE096C">
      <w:rPr>
        <w:sz w:val="16"/>
        <w:lang w:val="de-DE"/>
      </w:rPr>
      <w:t xml:space="preserve"> | Stage 1 | Maximum 2 pages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36A45" w14:textId="77777777" w:rsidR="00337890" w:rsidRDefault="00337890">
      <w:pPr>
        <w:spacing w:line="240" w:lineRule="auto"/>
      </w:pPr>
      <w:r>
        <w:separator/>
      </w:r>
    </w:p>
  </w:footnote>
  <w:footnote w:type="continuationSeparator" w:id="0">
    <w:p w14:paraId="0AEE1CAB" w14:textId="77777777" w:rsidR="00337890" w:rsidRDefault="003378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DF5396"/>
    <w:multiLevelType w:val="hybridMultilevel"/>
    <w:tmpl w:val="46E4E6D4"/>
    <w:lvl w:ilvl="0" w:tplc="C8B2C72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525420">
    <w:abstractNumId w:val="8"/>
  </w:num>
  <w:num w:numId="2" w16cid:durableId="458495616">
    <w:abstractNumId w:val="6"/>
  </w:num>
  <w:num w:numId="3" w16cid:durableId="990328986">
    <w:abstractNumId w:val="5"/>
  </w:num>
  <w:num w:numId="4" w16cid:durableId="1659963309">
    <w:abstractNumId w:val="4"/>
  </w:num>
  <w:num w:numId="5" w16cid:durableId="15816428">
    <w:abstractNumId w:val="7"/>
  </w:num>
  <w:num w:numId="6" w16cid:durableId="569970501">
    <w:abstractNumId w:val="3"/>
  </w:num>
  <w:num w:numId="7" w16cid:durableId="1747604678">
    <w:abstractNumId w:val="2"/>
  </w:num>
  <w:num w:numId="8" w16cid:durableId="1800997741">
    <w:abstractNumId w:val="1"/>
  </w:num>
  <w:num w:numId="9" w16cid:durableId="2138256818">
    <w:abstractNumId w:val="0"/>
  </w:num>
  <w:num w:numId="10" w16cid:durableId="57547517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39F"/>
    <w:rsid w:val="00272F52"/>
    <w:rsid w:val="0029639D"/>
    <w:rsid w:val="00326F90"/>
    <w:rsid w:val="00337890"/>
    <w:rsid w:val="00506677"/>
    <w:rsid w:val="005E0A41"/>
    <w:rsid w:val="006C3CA5"/>
    <w:rsid w:val="0078521F"/>
    <w:rsid w:val="009B38E7"/>
    <w:rsid w:val="00AA1D8D"/>
    <w:rsid w:val="00B47730"/>
    <w:rsid w:val="00BE096C"/>
    <w:rsid w:val="00CB0664"/>
    <w:rsid w:val="00CF7228"/>
    <w:rsid w:val="00D2524D"/>
    <w:rsid w:val="00D915AC"/>
    <w:rsid w:val="00E52B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327A03"/>
  <w14:defaultImageDpi w14:val="300"/>
  <w15:docId w15:val="{A2FD81FC-4822-4569-8AAA-6977A8FE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203083-62B4-4D8C-B6C8-BC6C2A65C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Edith Zortea</cp:lastModifiedBy>
  <cp:revision>3</cp:revision>
  <dcterms:created xsi:type="dcterms:W3CDTF">2026-09-07T15:55:00Z</dcterms:created>
  <dcterms:modified xsi:type="dcterms:W3CDTF">2026-09-09T16:56:00Z</dcterms:modified>
  <cp:category/>
</cp:coreProperties>
</file>